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0" w:after="360" w:line="240" w:lineRule="auto"/>
      </w:pPr>
      <w:r>
        <w:rPr>
          <w:rFonts w:ascii="Arial" w:hAnsi="Arial"/>
          <w:b/>
          <w:i w:val="0"/>
          <w:sz w:val="36"/>
        </w:rPr>
        <w:t>EPIPHANY</w:t>
      </w:r>
    </w:p>
    <w:p>
      <w:pPr>
        <w:keepNext w:val="0"/>
        <w:widowControl/>
        <w:spacing w:before="0" w:after="320" w:line="240" w:lineRule="auto"/>
      </w:pPr>
      <w:r>
        <w:rPr>
          <w:rFonts w:ascii="Arial" w:hAnsi="Arial"/>
          <w:b w:val="0"/>
          <w:i w:val="0"/>
          <w:sz w:val="25"/>
        </w:rPr>
        <w:t>By Nadia Ross</w:t>
      </w:r>
    </w:p>
    <w:p>
      <w:pPr>
        <w:keepNext w:val="0"/>
        <w:widowControl/>
        <w:spacing w:before="0" w:after="280" w:line="240" w:lineRule="auto"/>
      </w:pPr>
      <w:r>
        <w:rPr>
          <w:rFonts w:ascii="Arial" w:hAnsi="Arial"/>
          <w:b w:val="0"/>
          <w:i w:val="0"/>
          <w:sz w:val="25"/>
        </w:rPr>
        <w:t>Contact: info@stounion.com for permissions</w:t>
        <w:br/>
        <w:t>or for more information on the epiphany process</w:t>
      </w:r>
    </w:p>
    <w:p>
      <w:pPr>
        <w:keepNext/>
        <w:widowControl/>
        <w:spacing w:before="0" w:after="20" w:line="240" w:lineRule="auto"/>
      </w:pPr>
      <w:r>
        <w:rPr>
          <w:rFonts w:ascii="Arial" w:hAnsi="Arial"/>
          <w:b/>
          <w:i w:val="0"/>
          <w:sz w:val="32"/>
        </w:rPr>
        <w:t>Technical Requirements</w:t>
      </w:r>
    </w:p>
    <w:p>
      <w:pPr>
        <w:keepNext w:val="0"/>
        <w:widowControl/>
        <w:spacing w:before="0" w:after="320" w:line="240" w:lineRule="auto"/>
      </w:pPr>
      <w:r>
        <w:rPr>
          <w:rFonts w:ascii="Arial" w:hAnsi="Arial"/>
          <w:b w:val="0"/>
          <w:i/>
          <w:sz w:val="25"/>
        </w:rPr>
        <w:t>tissue paper boxes (2), 12 water bottles, 10 scripts, a few boxes, 12 chairs, one</w:t>
        <w:br/>
        <w:t>mic, one microphone stand. Projection screen. Video projector for projection of</w:t>
        <w:br/>
        <w:t>images, cd player and sound system for pre-recorded song (s).</w:t>
      </w:r>
    </w:p>
    <w:p>
      <w:pPr>
        <w:keepNext w:val="0"/>
        <w:widowControl/>
        <w:spacing w:before="0" w:after="0" w:line="240" w:lineRule="auto"/>
      </w:pPr>
      <w:r>
        <w:rPr>
          <w:rFonts w:ascii="Arial" w:hAnsi="Arial"/>
          <w:b/>
          <w:i w:val="0"/>
          <w:sz w:val="25"/>
        </w:rPr>
        <w:t>Participants</w:t>
      </w:r>
    </w:p>
    <w:p>
      <w:pPr>
        <w:keepNext w:val="0"/>
        <w:widowControl/>
        <w:spacing w:before="0" w:after="0" w:line="240" w:lineRule="auto"/>
      </w:pPr>
      <w:r>
        <w:rPr>
          <w:rFonts w:ascii="Arial" w:hAnsi="Arial"/>
          <w:b/>
          <w:i w:val="0"/>
          <w:sz w:val="25"/>
        </w:rPr>
        <w:t>8 to 12 participants</w:t>
      </w:r>
    </w:p>
    <w:p>
      <w:pPr>
        <w:keepNext w:val="0"/>
        <w:widowControl/>
        <w:spacing w:before="0" w:after="480" w:line="240" w:lineRule="auto"/>
      </w:pPr>
      <w:r>
        <w:rPr>
          <w:rFonts w:ascii="Arial" w:hAnsi="Arial"/>
          <w:b/>
          <w:i w:val="0"/>
          <w:sz w:val="25"/>
        </w:rPr>
        <w:t>Participant stories should vary in length from a few seconds to a maximum</w:t>
        <w:br/>
        <w:t>of 5 minutes per story.</w:t>
      </w:r>
    </w:p>
    <w:p>
      <w:pPr>
        <w:keepNext/>
        <w:widowControl/>
        <w:spacing w:before="0" w:after="320" w:line="240" w:lineRule="auto"/>
      </w:pPr>
      <w:r>
        <w:rPr>
          <w:rFonts w:ascii="Arial" w:hAnsi="Arial"/>
          <w:b/>
          <w:i w:val="0"/>
          <w:sz w:val="32"/>
        </w:rPr>
        <w:t>EPIPHANY</w:t>
      </w:r>
    </w:p>
    <w:p>
      <w:pPr>
        <w:keepNext w:val="0"/>
        <w:widowControl/>
        <w:spacing w:before="0" w:after="280" w:line="240" w:lineRule="auto"/>
      </w:pPr>
      <w:r>
        <w:rPr>
          <w:rFonts w:ascii="Arial" w:hAnsi="Arial"/>
          <w:b/>
          <w:i/>
          <w:sz w:val="25"/>
        </w:rPr>
        <w:t>Music. Two Attendants, A. and B. walk on stage, A. is carrying a laptop. In</w:t>
        <w:br/>
        <w:t>the corner of the stage are stacked 12 chairs, 2 boxes of tissue, a</w:t>
        <w:br/>
        <w:t>microphone and a microphone stand, 12 bottles of water, 10 scripts and</w:t>
        <w:br/>
        <w:t>some boxes. A. puts down the laptop next to the live microphone that is</w:t>
        <w:br/>
        <w:t>lying on the stage, presses play, song plays “In the Attics of my Life” by</w:t>
        <w:br/>
        <w:t>the Grateful Dead. Methodically and with care, the Attendants set up the</w:t>
        <w:br/>
        <w:t>stage. One slightly arching row of 10 chairs with one water bottle placed</w:t>
        <w:br/>
        <w:t>underneath each chair, one script on the seat and one Kleenex box at each</w:t>
        <w:br/>
        <w:t>end of the stage, on top of brown boxes that hold more scripts. Two higher</w:t>
        <w:br/>
        <w:t>stools are placed behind the row, at each end and a couple of feet behind</w:t>
        <w:br/>
        <w:t>the first. A microphone on a stand is placed in the centre downstage</w:t>
        <w:br/>
        <w:t>position.</w:t>
      </w:r>
    </w:p>
    <w:p>
      <w:pPr>
        <w:keepNext w:val="0"/>
        <w:widowControl/>
        <w:spacing w:before="0" w:after="280" w:line="240" w:lineRule="auto"/>
      </w:pPr>
      <w:r>
        <w:rPr>
          <w:rFonts w:ascii="Arial" w:hAnsi="Arial"/>
          <w:b/>
          <w:i/>
          <w:sz w:val="25"/>
        </w:rPr>
        <w:t>There is a feeling like being in a drive through wedding chapel or a room</w:t>
        <w:br/>
        <w:t>that has processed many people.</w:t>
      </w:r>
    </w:p>
    <w:p>
      <w:pPr>
        <w:keepNext w:val="0"/>
        <w:widowControl/>
        <w:spacing w:before="0" w:after="280" w:line="240" w:lineRule="auto"/>
      </w:pPr>
      <w:r>
        <w:rPr>
          <w:rFonts w:ascii="Arial" w:hAnsi="Arial"/>
          <w:b/>
          <w:i/>
          <w:sz w:val="25"/>
        </w:rPr>
        <w:t>Once they are finished and everything is just right, A. goes off stage to get</w:t>
        <w:br/>
        <w:t>the participants as B. waits and tests the microphone, making sure</w:t>
        <w:br/>
        <w:t>everything is just right.</w:t>
      </w:r>
    </w:p>
    <w:p>
      <w:pPr>
        <w:keepNext w:val="0"/>
        <w:widowControl/>
        <w:spacing w:before="0" w:after="0" w:line="240" w:lineRule="auto"/>
      </w:pPr>
      <w:r>
        <w:rPr>
          <w:rFonts w:ascii="Arial" w:hAnsi="Arial"/>
          <w:b/>
          <w:i/>
          <w:sz w:val="25"/>
        </w:rPr>
        <w:t>In a row, participants enter with A. leading the way. All of them are dressed</w:t>
        <w:br/>
        <w:t>like they normally would be, except for one person, participant X, who is</w:t>
        <w:br/>
        <w:t>wearing either an elephant or a duck costume.</w:t>
      </w:r>
    </w:p>
    <w:p>
      <w:pPr>
        <w:widowControl/>
      </w:pPr>
      <w:r>
        <w:br w:type="page"/>
      </w:r>
    </w:p>
    <w:p>
      <w:pPr>
        <w:keepNext w:val="0"/>
        <w:widowControl/>
        <w:spacing w:before="0" w:after="200" w:line="240" w:lineRule="auto"/>
      </w:pPr>
      <w:r>
        <w:rPr>
          <w:rFonts w:ascii="Arial" w:hAnsi="Arial"/>
          <w:b/>
          <w:i/>
          <w:sz w:val="25"/>
        </w:rPr>
        <w:t>They stand in front of their chairs. They all begin to sing along to the song</w:t>
        <w:br/>
        <w:t>that is playing. In the inaugural production, they sang the 4th verse of the</w:t>
        <w:br/>
        <w:t>song “In the Attics of my Life”:</w:t>
      </w:r>
    </w:p>
    <w:p>
      <w:pPr>
        <w:keepNext w:val="0"/>
        <w:widowControl/>
        <w:spacing w:before="0" w:after="0" w:line="240" w:lineRule="auto"/>
        <w:jc w:val="center"/>
      </w:pPr>
      <w:r>
        <w:rPr>
          <w:rFonts w:ascii="Arial" w:hAnsi="Arial"/>
          <w:b/>
          <w:i w:val="0"/>
          <w:sz w:val="25"/>
        </w:rPr>
        <w:t>In the secret space of dreams</w:t>
      </w:r>
    </w:p>
    <w:p>
      <w:pPr>
        <w:keepNext w:val="0"/>
        <w:widowControl/>
        <w:spacing w:before="0" w:after="0" w:line="240" w:lineRule="auto"/>
        <w:jc w:val="center"/>
      </w:pPr>
      <w:r>
        <w:rPr>
          <w:rFonts w:ascii="Arial" w:hAnsi="Arial"/>
          <w:b/>
          <w:i w:val="0"/>
          <w:sz w:val="25"/>
        </w:rPr>
        <w:t>Where I dream lay amazed</w:t>
      </w:r>
    </w:p>
    <w:p>
      <w:pPr>
        <w:keepNext w:val="0"/>
        <w:widowControl/>
        <w:spacing w:before="0" w:after="0" w:line="240" w:lineRule="auto"/>
        <w:jc w:val="center"/>
      </w:pPr>
      <w:r>
        <w:rPr>
          <w:rFonts w:ascii="Arial" w:hAnsi="Arial"/>
          <w:b/>
          <w:i w:val="0"/>
          <w:sz w:val="25"/>
        </w:rPr>
        <w:t>When the secrets all are told</w:t>
      </w:r>
    </w:p>
    <w:p>
      <w:pPr>
        <w:keepNext w:val="0"/>
        <w:widowControl/>
        <w:spacing w:before="0" w:after="0" w:line="240" w:lineRule="auto"/>
        <w:jc w:val="center"/>
      </w:pPr>
      <w:r>
        <w:rPr>
          <w:rFonts w:ascii="Arial" w:hAnsi="Arial"/>
          <w:b/>
          <w:i w:val="0"/>
          <w:sz w:val="25"/>
        </w:rPr>
        <w:t>And the petals all unfold</w:t>
      </w:r>
    </w:p>
    <w:p>
      <w:pPr>
        <w:keepNext w:val="0"/>
        <w:widowControl/>
        <w:spacing w:before="0" w:after="0" w:line="240" w:lineRule="auto"/>
        <w:jc w:val="center"/>
      </w:pPr>
      <w:r>
        <w:rPr>
          <w:rFonts w:ascii="Arial" w:hAnsi="Arial"/>
          <w:b/>
          <w:i w:val="0"/>
          <w:sz w:val="25"/>
        </w:rPr>
        <w:t>When there was no dream of mine</w:t>
      </w:r>
    </w:p>
    <w:p>
      <w:pPr>
        <w:keepNext w:val="0"/>
        <w:widowControl/>
        <w:spacing w:before="0" w:after="0" w:line="240" w:lineRule="auto"/>
        <w:jc w:val="center"/>
      </w:pPr>
      <w:r>
        <w:rPr>
          <w:rFonts w:ascii="Arial" w:hAnsi="Arial"/>
          <w:b/>
          <w:i w:val="0"/>
          <w:sz w:val="25"/>
        </w:rPr>
        <w:t>You dreamed of me</w:t>
      </w:r>
    </w:p>
    <w:p>
      <w:pPr>
        <w:keepNext w:val="0"/>
        <w:widowControl/>
        <w:spacing w:before="0" w:after="120" w:line="240" w:lineRule="auto"/>
      </w:pPr>
      <w:r>
        <w:rPr>
          <w:rFonts w:ascii="Arial" w:hAnsi="Arial"/>
          <w:b w:val="0"/>
          <w:i w:val="0"/>
          <w:sz w:val="25"/>
        </w:rPr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/>
          <w:i/>
          <w:sz w:val="25"/>
        </w:rPr>
        <w:t>Song ends. B. gets microphone and puts it on stand and returns to his</w:t>
        <w:br/>
        <w:t>position. They wait. After a few moments, Participant X goes to the</w:t>
        <w:br/>
        <w:t>microphone.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 w:val="0"/>
          <w:i w:val="0"/>
          <w:sz w:val="25"/>
        </w:rPr>
        <w:t>Participant X:  I’ve never had an epiphany. At least, I don’t think I’ve ever had an</w:t>
        <w:br/>
        <w:t>epiphany. But I really, really want one.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/>
          <w:i/>
          <w:sz w:val="25"/>
        </w:rPr>
        <w:t>X waits a moment. Then returns to her/his/their seat. The first participant</w:t>
        <w:br/>
        <w:t>stands up and goes to the microphone. On a slide behind them, their</w:t>
        <w:br/>
        <w:t>accompanying photo that they have chosen to go with the story is</w:t>
        <w:br/>
        <w:t>projected.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 w:val="0"/>
          <w:i w:val="0"/>
          <w:sz w:val="25"/>
        </w:rPr>
        <w:t>First participant tells their story.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/>
          <w:i/>
          <w:sz w:val="25"/>
        </w:rPr>
        <w:t>Projection stops, first participant sits down. Second participant gets up</w:t>
        <w:br/>
        <w:t>and goes to microphone. Their selected image is projected on screen.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 w:val="0"/>
          <w:i w:val="0"/>
          <w:sz w:val="25"/>
        </w:rPr>
        <w:t>Second participant tells their story.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/>
          <w:i/>
          <w:sz w:val="25"/>
        </w:rPr>
        <w:t>Projection stops, second participant sits down. Third participant stands up</w:t>
        <w:br/>
        <w:t>and goes to mic. Their selected image is projected on screen.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 w:val="0"/>
          <w:i w:val="0"/>
          <w:sz w:val="25"/>
        </w:rPr>
        <w:t>Third participant tells their story.</w:t>
      </w:r>
    </w:p>
    <w:p>
      <w:pPr>
        <w:keepNext w:val="0"/>
        <w:widowControl/>
        <w:spacing w:before="0" w:after="0" w:line="240" w:lineRule="auto"/>
      </w:pPr>
      <w:r>
        <w:rPr>
          <w:rFonts w:ascii="Arial" w:hAnsi="Arial"/>
          <w:b/>
          <w:i/>
          <w:sz w:val="25"/>
        </w:rPr>
        <w:t>Projection stops, third participant sits down. Fourth participant stands up</w:t>
        <w:br/>
        <w:t>and goes to mic. Their selected image is projected on screen.</w:t>
      </w:r>
    </w:p>
    <w:p>
      <w:pPr>
        <w:widowControl/>
      </w:pPr>
      <w:r>
        <w:br w:type="page"/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 w:val="0"/>
          <w:i w:val="0"/>
          <w:sz w:val="25"/>
        </w:rPr>
        <w:t>Fourth participant tells their story.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/>
          <w:i/>
          <w:sz w:val="25"/>
        </w:rPr>
        <w:t>Projections stops, fourth participant sits down. Fifth participant stands up</w:t>
        <w:br/>
        <w:t>and goes to mic. Their selected image is projected on screen. At this</w:t>
        <w:br/>
        <w:t>juncture, an image can also not appear.</w:t>
      </w:r>
    </w:p>
    <w:p>
      <w:pPr>
        <w:keepNext w:val="0"/>
        <w:widowControl/>
        <w:spacing w:before="0" w:after="440" w:line="240" w:lineRule="auto"/>
      </w:pPr>
      <w:r>
        <w:rPr>
          <w:rFonts w:ascii="Arial" w:hAnsi="Arial"/>
          <w:b w:val="0"/>
          <w:i w:val="0"/>
          <w:sz w:val="25"/>
        </w:rPr>
        <w:t>Fifth participant tells their story.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/>
          <w:i/>
          <w:sz w:val="25"/>
        </w:rPr>
        <w:t>Projection stops. Fifth participant EXITS THE STAGE (general note:</w:t>
        <w:br/>
        <w:t>Attendants may help with people’s exits if need be). Sixth participant</w:t>
        <w:br/>
        <w:t>stands up and goes to microphone. Their selected image is projected on</w:t>
        <w:br/>
        <w:t>screen (or not).</w:t>
      </w:r>
    </w:p>
    <w:p>
      <w:pPr>
        <w:keepNext w:val="0"/>
        <w:widowControl/>
        <w:spacing w:before="0" w:after="440" w:line="240" w:lineRule="auto"/>
      </w:pPr>
      <w:r>
        <w:rPr>
          <w:rFonts w:ascii="Arial" w:hAnsi="Arial"/>
          <w:b w:val="0"/>
          <w:i w:val="0"/>
          <w:sz w:val="25"/>
        </w:rPr>
        <w:t>Sixth participant tells their story. Their story must end in a way that can Segway</w:t>
        <w:br/>
        <w:t>their story into a dance.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/>
          <w:i/>
          <w:sz w:val="25"/>
        </w:rPr>
        <w:t>Dance music plays. All of the group get up and dance together. The song</w:t>
        <w:br/>
        <w:t>gets cut off mid-way, people rush back to their seats except for Participant</w:t>
        <w:br/>
        <w:t>X, who is still dancing. B. gets them back to their seat. As the song plays,</w:t>
        <w:br/>
        <w:t>the sixth participant has EXITED THE STAGE. Participant seven stands up</w:t>
        <w:br/>
        <w:t>and goes to the mic. Their selected image is projected on the screen (or</w:t>
        <w:br/>
        <w:t>not).</w:t>
      </w:r>
    </w:p>
    <w:p>
      <w:pPr>
        <w:keepNext w:val="0"/>
        <w:widowControl/>
        <w:spacing w:before="0" w:after="440" w:line="240" w:lineRule="auto"/>
      </w:pPr>
      <w:r>
        <w:rPr>
          <w:rFonts w:ascii="Arial" w:hAnsi="Arial"/>
          <w:b w:val="0"/>
          <w:i w:val="0"/>
          <w:sz w:val="25"/>
        </w:rPr>
        <w:t>Seventh participant tells their story.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/>
          <w:i/>
          <w:sz w:val="25"/>
        </w:rPr>
        <w:t>The Seventh participant EXITS THE STAGE. The eighth participant stands</w:t>
        <w:br/>
        <w:t>up and goes to mic. Their selected image is projected onto the screen (or</w:t>
        <w:br/>
        <w:t>not).</w:t>
      </w:r>
    </w:p>
    <w:p>
      <w:pPr>
        <w:keepNext w:val="0"/>
        <w:widowControl/>
        <w:spacing w:before="0" w:after="0" w:line="240" w:lineRule="auto"/>
      </w:pPr>
      <w:r>
        <w:rPr>
          <w:rFonts w:ascii="Arial" w:hAnsi="Arial"/>
          <w:b w:val="0"/>
          <w:i w:val="0"/>
          <w:sz w:val="25"/>
        </w:rPr>
        <w:t>Eighth participant tells their story.</w:t>
      </w:r>
    </w:p>
    <w:p>
      <w:pPr>
        <w:widowControl/>
      </w:pPr>
      <w:r>
        <w:br w:type="page"/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/>
          <w:i/>
          <w:sz w:val="25"/>
        </w:rPr>
        <w:t>Projection stops. Eighth participant EXITS THE STAGE. Ninth participant</w:t>
        <w:br/>
        <w:t>stands up and goes to microphone. Their selected image is projected on</w:t>
        <w:br/>
        <w:t>screen (or not).</w:t>
      </w:r>
    </w:p>
    <w:p>
      <w:pPr>
        <w:keepNext w:val="0"/>
        <w:widowControl/>
        <w:spacing w:before="0" w:after="440" w:line="240" w:lineRule="auto"/>
      </w:pPr>
      <w:r>
        <w:rPr>
          <w:rFonts w:ascii="Arial" w:hAnsi="Arial"/>
          <w:b w:val="0"/>
          <w:i w:val="0"/>
          <w:sz w:val="25"/>
        </w:rPr>
        <w:t>Ninth participant tells their story.</w:t>
      </w:r>
    </w:p>
    <w:p>
      <w:pPr>
        <w:keepNext w:val="0"/>
        <w:widowControl/>
        <w:spacing w:before="0" w:after="320" w:line="240" w:lineRule="auto"/>
      </w:pPr>
      <w:r>
        <w:rPr>
          <w:rFonts w:ascii="Arial" w:hAnsi="Arial"/>
          <w:b/>
          <w:i/>
          <w:sz w:val="25"/>
        </w:rPr>
        <w:t>The Ninth participant EXITS THE STAGE. The first participant stands up</w:t>
        <w:br/>
        <w:t>again and goes to the mic. A new image is projected onto the screen (or</w:t>
        <w:br/>
        <w:t>not)</w:t>
      </w:r>
    </w:p>
    <w:p>
      <w:pPr>
        <w:keepNext w:val="0"/>
        <w:widowControl/>
        <w:spacing w:before="0" w:after="320" w:line="240" w:lineRule="auto"/>
      </w:pPr>
      <w:r>
        <w:rPr>
          <w:rFonts w:ascii="Arial" w:hAnsi="Arial"/>
          <w:b w:val="0"/>
          <w:i w:val="0"/>
          <w:sz w:val="25"/>
        </w:rPr>
        <w:t>First participant tells a new story.</w:t>
      </w:r>
    </w:p>
    <w:p>
      <w:pPr>
        <w:keepNext w:val="0"/>
        <w:widowControl/>
        <w:spacing w:before="0" w:after="320" w:line="240" w:lineRule="auto"/>
      </w:pPr>
      <w:r>
        <w:rPr>
          <w:rFonts w:ascii="Arial" w:hAnsi="Arial"/>
          <w:b/>
          <w:i/>
          <w:sz w:val="25"/>
        </w:rPr>
        <w:t>Projection stops. First participant EXITS THE STAGE. Second participant</w:t>
        <w:br/>
        <w:t>stands up and goes to microphone. Their selected image is projected on</w:t>
        <w:br/>
        <w:t>screen (or not).</w:t>
      </w:r>
    </w:p>
    <w:p>
      <w:pPr>
        <w:keepNext w:val="0"/>
        <w:widowControl/>
        <w:spacing w:before="0" w:after="320" w:line="240" w:lineRule="auto"/>
      </w:pPr>
      <w:r>
        <w:rPr>
          <w:rFonts w:ascii="Arial" w:hAnsi="Arial"/>
          <w:b w:val="0"/>
          <w:i w:val="0"/>
          <w:sz w:val="25"/>
        </w:rPr>
        <w:t>Second participant tells a new story.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/>
          <w:i/>
          <w:sz w:val="25"/>
        </w:rPr>
        <w:t>The Second participant EXITS THE STAGE. The third participant stands up</w:t>
        <w:br/>
        <w:t>again and goes to the mic. A new image is projected onto the screen (or</w:t>
        <w:br/>
        <w:t>not). Participant X listens even more attentively than before, as it’s the last</w:t>
        <w:br/>
        <w:t>person before it would be her turn again.</w:t>
      </w:r>
    </w:p>
    <w:p>
      <w:pPr>
        <w:keepNext w:val="0"/>
        <w:widowControl/>
        <w:spacing w:before="0" w:after="400" w:line="240" w:lineRule="auto"/>
      </w:pPr>
      <w:r>
        <w:rPr>
          <w:rFonts w:ascii="Arial" w:hAnsi="Arial"/>
          <w:b w:val="0"/>
          <w:i w:val="0"/>
          <w:sz w:val="25"/>
        </w:rPr>
        <w:t>Third participant tells a new story.</w:t>
      </w:r>
    </w:p>
    <w:p>
      <w:pPr>
        <w:keepNext w:val="0"/>
        <w:widowControl/>
        <w:spacing w:before="0" w:after="320" w:line="240" w:lineRule="auto"/>
      </w:pPr>
      <w:r>
        <w:rPr>
          <w:rFonts w:ascii="Arial" w:hAnsi="Arial"/>
          <w:b/>
          <w:i/>
          <w:sz w:val="25"/>
        </w:rPr>
        <w:t>Projection stops. Third participant EXITS THE STAGE and waves goodbye</w:t>
        <w:br/>
        <w:t>to the Participant X who waves back. Only Participant X, A. and B. are left</w:t>
        <w:br/>
        <w:t>onstage.</w:t>
      </w:r>
    </w:p>
    <w:p>
      <w:pPr>
        <w:keepNext w:val="0"/>
        <w:widowControl/>
        <w:spacing w:before="0" w:after="240" w:line="240" w:lineRule="auto"/>
      </w:pPr>
      <w:r>
        <w:rPr>
          <w:rFonts w:ascii="Arial" w:hAnsi="Arial"/>
          <w:b/>
          <w:i/>
          <w:sz w:val="25"/>
        </w:rPr>
        <w:t>A new person arrives on the edge of the stage.</w:t>
      </w:r>
    </w:p>
    <w:p>
      <w:pPr>
        <w:keepNext w:val="0"/>
        <w:widowControl/>
        <w:spacing w:before="0" w:after="240" w:line="240" w:lineRule="auto"/>
      </w:pPr>
      <w:r>
        <w:rPr>
          <w:rFonts w:ascii="Arial" w:hAnsi="Arial"/>
          <w:b/>
          <w:i/>
          <w:sz w:val="25"/>
        </w:rPr>
        <w:t>New Person:  Is this where the epiphany meeting is happening?</w:t>
      </w:r>
    </w:p>
    <w:p>
      <w:pPr>
        <w:keepNext w:val="0"/>
        <w:widowControl/>
        <w:spacing w:before="0" w:after="240" w:line="240" w:lineRule="auto"/>
      </w:pPr>
      <w:r>
        <w:rPr>
          <w:rFonts w:ascii="Arial" w:hAnsi="Arial"/>
          <w:b/>
          <w:i/>
          <w:sz w:val="25"/>
        </w:rPr>
        <w:t>B.:  It’s over for tonight. We start again, tomorrow night at 8 pm.</w:t>
      </w:r>
    </w:p>
    <w:p>
      <w:pPr>
        <w:keepNext w:val="0"/>
        <w:widowControl/>
        <w:spacing w:before="0" w:after="240" w:line="240" w:lineRule="auto"/>
      </w:pPr>
      <w:r>
        <w:rPr>
          <w:rFonts w:ascii="Arial" w:hAnsi="Arial"/>
          <w:b/>
          <w:i/>
          <w:sz w:val="25"/>
        </w:rPr>
        <w:t>New Person:  Great! I’ll be there, ‘cause I’ve got a great one to tell. See</w:t>
        <w:br/>
        <w:t>you tomorrow.</w:t>
      </w:r>
    </w:p>
    <w:p>
      <w:pPr>
        <w:keepNext w:val="0"/>
        <w:widowControl/>
        <w:spacing w:before="0" w:after="0" w:line="240" w:lineRule="auto"/>
      </w:pPr>
      <w:r>
        <w:rPr>
          <w:rFonts w:ascii="Arial" w:hAnsi="Arial"/>
          <w:b/>
          <w:i/>
          <w:sz w:val="25"/>
        </w:rPr>
        <w:t>A.:  See you tomorrow.</w:t>
      </w:r>
    </w:p>
    <w:p>
      <w:pPr>
        <w:widowControl/>
      </w:pPr>
      <w:r>
        <w:br w:type="page"/>
      </w:r>
    </w:p>
    <w:p>
      <w:pPr>
        <w:keepNext w:val="0"/>
        <w:widowControl/>
        <w:spacing w:before="0" w:after="680" w:line="240" w:lineRule="auto"/>
      </w:pPr>
      <w:r>
        <w:rPr>
          <w:rFonts w:ascii="Arial" w:hAnsi="Arial"/>
          <w:b/>
          <w:i/>
          <w:sz w:val="25"/>
        </w:rPr>
        <w:t>A. and B. begin to clear up the stage as participant X sits there, not really</w:t>
        <w:br/>
        <w:t>knowing what to do and feeling a bit sorry for themselves. A. goes to</w:t>
        <w:br/>
        <w:t>laptop and presses play and puts microphone next to laptop. “When you</w:t>
        <w:br/>
        <w:t>are Smiling” by Dean Martin plays. B. and A. start putting away the chairs</w:t>
        <w:br/>
        <w:t>and water bottles and tissue boxes. A. collects the scripts and, with great</w:t>
        <w:br/>
        <w:t>care, puts them in a box. He then puts the box on top of other boxes. B.</w:t>
        <w:br/>
        <w:t>gets to Participant X’s chair, the last chair to put away. X is still sitting on it,</w:t>
        <w:br/>
        <w:t>waiting. B. offers them their hand, they stand and with their back to the</w:t>
        <w:br/>
        <w:t>audience, they lower their elephant or duck costume hood. B. is stunned</w:t>
        <w:br/>
        <w:t>and falls in love at first sight. B. takes X in their arms. They slow dance</w:t>
        <w:br/>
        <w:t>together. As they dance, B. turns X around. When X comes around to face</w:t>
        <w:br/>
        <w:t>the audience, something has changed in their expression — as though, at</w:t>
        <w:br/>
        <w:t>last, X has had an epiphany.</w:t>
      </w:r>
    </w:p>
    <w:p>
      <w:pPr>
        <w:keepNext w:val="0"/>
        <w:widowControl/>
        <w:spacing w:before="0" w:after="0" w:line="240" w:lineRule="auto"/>
      </w:pPr>
      <w:r>
        <w:rPr>
          <w:rFonts w:ascii="Arial" w:hAnsi="Arial"/>
          <w:b/>
          <w:i/>
          <w:sz w:val="25"/>
        </w:rPr>
        <w:t>LIGHTS OUT</w:t>
      </w:r>
    </w:p>
    <w:sectPr w:rsidR="00FC693F" w:rsidRPr="0006063C" w:rsidSect="00034616">
      <w:headerReference w:type="default" r:id="rId9"/>
      <w:pgSz w:w="12240" w:h="15840"/>
      <w:pgMar w:top="1037" w:right="1440" w:bottom="1037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sz w:val="19"/>
      </w:rPr>
      <w:fldChar w:fldCharType="begin"/>
      <w:instrText xml:space="preserve"> PAGE </w:instrTex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Epiphany</dc:title>
  <dc:subject>Epiphany performance structure</dc:subject>
  <dc:creator>Nadia Ross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